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↔ 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זכויות מרכזיות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הזכות לבין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(ועדת התלמידים מציעה כללים לחצר)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(ההודעות האישיות של עמית נשארות רק אצלו)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(רמפה שמאפשרת לעידו להגיע לפינת המשחקים)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(בשבוע מבחנים המחנכת דואגת ליום בלי שיעורי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(הכיתה חוגגת חגים של כמה משפחות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(מבוגר עוצר הצקה ברשת ומלווה את הילד שנפגע)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הילד יכול להביע דעה ולהשפיע על החלטות הנוגעות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זכות קשורה לאחריות לשמור עליה ועל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משמעה שהמידע האישי נשאר אצל הילד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מנוחה ומשחק הם חלק מהזכות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הזכות לתרבות כוללת כבוד למגוון מסורות ומשפחות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ההגנה כוללת גם מצבים של פגיעה דיגיטלית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שוויון הוא יחס הוגן למרות הבדלים, לא זהות מוחלטת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ואחריות הולכות יחד – למשל זכות לחינוך מחייבת גם אחריות להגיע לבית הספר וללמוד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יש דוגמה קונקרטית מחיי היומיום והסבר על חשיבות הזמן למשחק ומנוחה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נכונה והדוגמה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הסבר ברור על הקשר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אישית ומתייחסת לשמירה על מידע פרטי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דוגמאות מהכיתה לפני ביצוע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ההתאמה במליאה ולוודא שהמושגים ברורים לפני המעבר למשימות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↔ 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התאמה בין זכויות הילד לבין דוגמאות מהחיים היומיומיים, כדי להבין טוב יותר מה כל זכות אומרת בפועל.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ההודעות האישיות של עמית נשארות רק אצלו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בשבוע מבחנים המחנכת דואגת ליום בלי שיעורי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מבוגר עוצר הצקה ברשת ומלווה את הילד שנפגע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לפנאי ומשחק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הכיתה חוגגת חגים של כמה משפחות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רמפה שמאפשרת לעידו להגיע לפינת המשחקים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ועדת התלמידים מציעה כללים לחצר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מופיעה בדוגמה של אחות בית הספר שבודקת ילד שנפצע?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רמפה שמאפשרת לילד בכיסא גלגלים להגיע למשחקים מבטאת בעיקר את הזכות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פנאי ומשחק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הזכות להשתתפות?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יכול להביע דעה ולהשפיע על החלטות הנוגעות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חייב לשתף את כל חבריו בצעצועים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משתתף בכל שיעור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מקבל מתנה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אחת מארבע משפחות הזכויות של הילד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שמירה על סודיות הודעות אישיות של ילד קשורה לזכות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וגם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פירושה שמותר לכל אחד לקרוא את ההודעות של חברו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לפנאי ומשחק כוללת גם זמן מנוחה בלי שיעורי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לתרבות אומרת שרק חג אחד חשוב לציין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להגנה כוללת עזרה לילד שנפגע מהצקה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מתקיימת רק כשכל הילדים זהים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תלמידה שעלתה לארץ ומקבלת שיעורי עברית מותאמים ממחישה את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ועדת תלמידים שמציעה כללים לחצר ממחישה את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כשמבוגר עוצר הצקה ברשת ומלווה ילד שנפגע, זאת דוגמה לזכות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חגיגת חגים של משפחות שונות בכיתה מבטאת את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השארת הודעות אישיות של ילד רק אצלו קשורה לזכות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שלכל זכות יש גם אחריות,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מהחיים שלכם שמראה זכות לפנאי ומשחק, והסבירו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זכות אחת ודוגמה מהיום שלכם שמתאימה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לפרטיות מהחיים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↔ דוגמה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